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Placard o vestidor a medida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Interiores: cajoneras, estantes y barrales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Puertas corredizas o de abrir (por hoja)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Mueble a medida: rack, biblioteca o bajo mesada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Herrajes: correderas, bisagras y tiradores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Flete y 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fabricar.</w:t>
      </w:r>
    </w:p>
    <w:p>
      <w:r>
        <w:t>El color y el material se aprueban con muestra antes de producir.</w:t>
      </w:r>
    </w:p>
    <w:p>
      <w:r>
        <w:t>No incluye trabajos de albañilería, electricidad ni pintura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