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Caldera o equipo de calefacción (por equipo)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de caldera y conexiones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Radiadores (por unidad)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Cañerías de distribución (por metro)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Puesta en marcha y prueba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conexiones de gas deben realizarlas profesionales habilitados según la normativa local.</w:t>
      </w:r>
    </w:p>
    <w:p>
      <w:r>
        <w:t>No incluye roturas ni reparación de paredes y pisos salvo que se detalle.</w:t>
      </w:r>
    </w:p>
    <w:p>
      <w:r>
        <w:t>Garantía del equipo según el fabricante y de la instalación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