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Cámara de seguridad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Grabador (DVR o NVR)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Disco de almacenamiento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Cableado y fuentes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y configuración (por cámara)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Configuración de acceso remoto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configuración para ver las cámaras desde el celular.</w:t>
      </w:r>
    </w:p>
    <w:p>
      <w:r>
        <w:t>La garantía de los equipos corresponde a la del fabricante.</w:t>
      </w:r>
    </w:p>
    <w:p>
      <w:r>
        <w:t>No incluye obras de albañilería ni canalizaciones especiales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