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Apertura de puerta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cerradura o cilindro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Copia de llaves (por unidad)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Cerradura o cilindro (material)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Visita a domicilio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servicios fuera de horario o de urgencia tienen recargo.</w:t>
      </w:r>
    </w:p>
    <w:p>
      <w:r>
        <w:t>La cerradura nueva se cotiza según el modelo elegido.</w:t>
      </w:r>
    </w:p>
    <w:p>
      <w:r>
        <w:t>Garantía sobre la instalación realizada.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