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Servicio de DJ (por evento, horas indicadas)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Equipo de sonido para pista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Iluminación de pista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Hora adicional de música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Traslado y armado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Incluye armado y prueba de sonido antes del ingreso de los invitados.</w:t>
      </w:r>
    </w:p>
    <w:p>
      <w:r>
        <w:t>Las horas adicionales se cotizan por hora y se acuerdan el día del evento.</w:t>
      </w:r>
    </w:p>
    <w:p>
      <w:r>
        <w:t>El salón debe proveer tomas de corriente cerca de la cabina.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