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PRESUPUESTO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Estampado en serigrafía (por prenda, por ubicación)</w:t>
            </w:r>
          </w:p>
        </w:tc>
        <w:tc>
          <w:tcPr>
            <w:tcW w:type="dxa" w:w="907"/>
          </w:tcPr>
          <w:p>
            <w:r>
              <w:t>50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Matriz o shablón (por color)</w:t>
            </w:r>
          </w:p>
        </w:tc>
        <w:tc>
          <w:tcPr>
            <w:tcW w:type="dxa" w:w="907"/>
          </w:tcPr>
          <w:p>
            <w:r>
              <w:t>2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Estampado en DTF, vinilo o sublimación (por unidad)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Prenda lisa: remera, buzo o bolsa (por unidad)</w:t>
            </w:r>
          </w:p>
        </w:tc>
        <w:tc>
          <w:tcPr>
            <w:tcW w:type="dxa" w:w="907"/>
          </w:tcPr>
          <w:p>
            <w:r>
              <w:t>50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Diseño o adaptación del archivo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El precio por unidad depende de la cantidad final, la cantidad de colores y el tamaño del diseño.</w:t>
      </w:r>
    </w:p>
    <w:p>
      <w:r>
        <w:t>El plazo de entrega corre desde la aprobación del diseño y el pago de la seña.</w:t>
      </w:r>
    </w:p>
    <w:p>
      <w:r>
        <w:t>Los colores impresos pueden variar levemente respecto a la pantalla.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podés completar online y descargarlo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Presupuesto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