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Maquillaje social (por persona)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Prueba de maquillaje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Maquillaje para acompañantes (por persona)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Pestañas postizas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a domicilio o salón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fecha queda reservada con la seña.</w:t>
      </w:r>
    </w:p>
    <w:p>
      <w:r>
        <w:t>Los servicios en horario muy temprano o fuera de la zona tienen adicional.</w:t>
      </w:r>
    </w:p>
    <w:p>
      <w:r>
        <w:t>Se recomienda informar alergias o sensibilidad en la piel antes del servicio.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