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Peinado de novia o quinceañera (servicio)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Prueba de peinado previa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Peinado para acompañantes (por persona)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al domicilio o salón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horario de llegada se coordina según el cronograma del evento.</w:t>
      </w:r>
    </w:p>
    <w:p>
      <w:r>
        <w:t>Los postizos, extensiones y accesorios se cotizan aparte si no los aporta quien contrata.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