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Visita técnica y diagnóstico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Carga de gas refrigerante (por kg)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Reemplazo de compresor o motoventilador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Mantenimiento preventivo: limpieza de condensador y evaporador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Repuestos: termostato, controlador o válvulas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servicios de urgencia o fuera de horario tienen recargo.</w:t>
      </w:r>
    </w:p>
    <w:p>
      <w:r>
        <w:t>Cualquier repuesto adicional detectado durante la reparación se consulta antes de colocarlo.</w:t>
      </w:r>
    </w:p>
    <w:p>
      <w:r>
        <w:t>Garantía sobre la mano de obra y los repuestos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