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Diagnóstico del equipo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Formateo e instalación de sistema operativo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Limpieza interna y cambio de pasta térmica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Disco SSD o memoria adicional (repuesto)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Visita a domicilio u oficina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Las licencias de software no están incluidas salvo que se detallen.</w:t>
      </w:r>
    </w:p>
    <w:p>
      <w:r>
        <w:t>Se recomienda respaldar la información antes de entregar el equipo.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