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Service completo: aceite, filtros y revisión general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Kit de transmisión: cadena, piñón y corona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Pastillas o zapatas de freno (por juego)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Mano de obra (por hora)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Repuestos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Presupuesto válido por los días indicados por variación en precios de repuestos.</w:t>
      </w:r>
    </w:p>
    <w:p>
      <w:r>
        <w:t>Cualquier trabajo adicional detectado durante la reparación se consulta antes de realizarlo.</w:t>
      </w:r>
    </w:p>
    <w:p>
      <w:r>
        <w:t>Garantía sobre la mano de obra y los repuestos según lo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